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406"/>
      </w:tblGrid>
      <w:tr>
        <w:tc>
          <w:tcPr>
            <w:tcW w:type="dxa" w:w="5298"/>
            <w:tcBorders>
              <w:top w:val="nil"/>
              <w:left w:val="nil"/>
              <w:bottom w:val="single" w:sz="12" w:color="173E59"/>
              <w:right w:val="nil"/>
            </w:tcBorders>
            <w:tcMar>
              <w:top w:w="0" w:type="dxa"/>
              <w:start w:w="0" w:type="dxa"/>
              <w:bottom w:w="12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_uwb_kolo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/>
            </w:pPr>
            <w:r>
              <w:rPr>
                <w:sz w:val="17"/>
              </w:rPr>
              <w:t>Uniwersytet w Białymstoku</w:t>
            </w:r>
          </w:p>
        </w:tc>
        <w:tc>
          <w:tcPr>
            <w:tcW w:type="dxa" w:w="5298"/>
            <w:tcBorders>
              <w:top w:val="nil"/>
              <w:left w:val="nil"/>
              <w:bottom w:val="single" w:sz="12" w:color="173E59"/>
              <w:right w:val="nil"/>
            </w:tcBorders>
            <w:tcMar>
              <w:top w:w="0" w:type="dxa"/>
              <w:start w:w="0" w:type="dxa"/>
              <w:bottom w:w="120" w:type="dxa"/>
              <w:end w:w="0" w:type="dxa"/>
            </w:tcMar>
          </w:tcPr>
          <w:p>
            <w:pPr>
              <w:jc w:val="center"/>
            </w:pPr>
            <w:r>
              <w:rPr>
                <w:b/>
                <w:color w:val="173E59"/>
                <w:sz w:val="38"/>
              </w:rPr>
              <w:t>Formularz założenia</w:t>
              <w:br/>
              <w:t>konta w office365</w:t>
            </w:r>
          </w:p>
        </w:tc>
      </w:tr>
    </w:tbl>
    <w:p>
      <w:pPr>
        <w:pStyle w:val="Heading1"/>
        <w:keepNext w:val="1"/>
      </w:pPr>
      <w:r>
        <w:t>1. Podstawowe dane: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2891"/>
        <w:gridCol w:w="1474"/>
        <w:gridCol w:w="2891"/>
      </w:tblGrid>
      <w:tr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Nazwisko: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9"/>
              </w:rPr>
              <w:t>Imię:</w:t>
            </w:r>
          </w:p>
        </w:tc>
        <w:tc>
          <w:tcPr>
            <w:tcW w:type="dxa" w:w="2649"/>
            <w:vAlign w:val="center"/>
            <w:tcMar>
              <w:top w:w="120" w:type="dxa"/>
              <w:start w:w="80" w:type="dxa"/>
              <w:bottom w:w="120" w:type="dxa"/>
              <w:end w:w="80" w:type="dxa"/>
            </w:tcMar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Jednostka: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/>
          </w:p>
        </w:tc>
      </w:tr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Telefon służbowy: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/>
          </w:p>
        </w:tc>
      </w:tr>
    </w:tbl>
    <w:p>
      <w:pPr>
        <w:pStyle w:val="Heading1"/>
        <w:keepNext w:val="1"/>
      </w:pPr>
      <w:r>
        <w:t>Dane konta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Nazwa: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i/>
                <w:color w:val="506776"/>
                <w:sz w:val="17"/>
              </w:rPr>
              <w:t>________________________  @pracownik.uwb.edu.pl</w:t>
            </w:r>
          </w:p>
        </w:tc>
      </w:tr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Termin działania konta: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/>
          </w:p>
        </w:tc>
      </w:tr>
    </w:tbl>
    <w:p>
      <w:pPr>
        <w:spacing w:before="100"/>
      </w:pPr>
      <w:r>
        <w:t>Konto pracownika uczelni na które przekazać dane nowo założonego konta office365: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27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start w:w="0" w:type="dxa"/>
              <w:bottom w:w="90" w:type="dxa"/>
              <w:end w:w="120" w:type="dxa"/>
            </w:tcMar>
          </w:tcPr>
          <w:p>
            <w:r>
              <w:rPr>
                <w:b/>
                <w:sz w:val="19"/>
              </w:rPr>
              <w:t>Adres konta:</w:t>
            </w:r>
          </w:p>
        </w:tc>
        <w:tc>
          <w:tcPr>
            <w:tcW w:type="dxa" w:w="5298"/>
            <w:vAlign w:val="center"/>
            <w:shd w:fill="F8FBFD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i/>
                <w:color w:val="506776"/>
                <w:sz w:val="17"/>
              </w:rPr>
              <w:t>________________________  @uwb.edu.pl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t>Data:</w:t>
            </w:r>
          </w:p>
        </w:tc>
        <w:tc>
          <w:tcPr>
            <w:tcW w:type="dxa" w:w="5298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t>Podpis:</w:t>
            </w:r>
          </w:p>
        </w:tc>
      </w:tr>
      <w:tr>
        <w:tc>
          <w:tcPr>
            <w:tcW w:type="dxa" w:w="5298"/>
            <w:tcBorders>
              <w:top w:val="nil"/>
              <w:left w:val="nil"/>
              <w:bottom w:val="single" w:sz="8" w:color="606F78"/>
              <w:right w:val="nil"/>
            </w:tcBorders>
          </w:tcPr>
          <w:p>
            <w:r>
              <w:br/>
            </w:r>
          </w:p>
        </w:tc>
        <w:tc>
          <w:tcPr>
            <w:tcW w:type="dxa" w:w="5298"/>
            <w:tcBorders>
              <w:top w:val="nil"/>
              <w:left w:val="nil"/>
              <w:bottom w:val="single" w:sz="8" w:color="606F78"/>
              <w:right w:val="nil"/>
            </w:tcBorders>
          </w:tcPr>
          <w:p>
            <w:r>
              <w:br/>
            </w:r>
          </w:p>
        </w:tc>
      </w:tr>
    </w:tbl>
    <w:p>
      <w:r>
        <w:t>Podpis kierownika jednostki lub osoby odpowiedzialnej: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969"/>
      </w:tblGrid>
      <w:tr>
        <w:tc>
          <w:tcPr>
            <w:tcW w:type="dxa" w:w="5298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r>
              <w:t>Pieczątka i podpis</w:t>
            </w:r>
          </w:p>
        </w:tc>
        <w:tc>
          <w:tcPr>
            <w:tcW w:type="dxa" w:w="5298"/>
            <w:tcBorders>
              <w:top w:val="single" w:sz="8" w:color="9FB5C3"/>
              <w:left w:val="single" w:sz="8" w:color="9FB5C3"/>
              <w:bottom w:val="single" w:sz="8" w:color="9FB5C3"/>
              <w:right w:val="single" w:sz="8" w:color="9FB5C3"/>
            </w:tcBorders>
            <w:shd w:fill="F8FBFD"/>
          </w:tcPr>
          <w:p>
            <w:r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09" w:right="822" w:bottom="680" w:left="822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color w:val="506776"/>
        <w:sz w:val="14"/>
      </w:rPr>
      <w:t>Uniwersytet w Białymstoku, Dział Infrastruktury Teleinformatycznej, ul. Świerkowa 20 B, dask@uwb.edu.pl, https://dit.uwb.edu.pl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ptos" w:hAnsi="Aptos"/>
      <w:color w:val="1725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173E5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E5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E5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